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27035" w14:textId="77777777" w:rsidR="00691E71" w:rsidRDefault="009C1F81">
      <w:pPr>
        <w:spacing w:after="60"/>
        <w:jc w:val="center"/>
      </w:pPr>
      <w:r>
        <w:rPr>
          <w:noProof/>
        </w:rPr>
        <w:drawing>
          <wp:inline distT="0" distB="0" distL="0" distR="0" wp14:anchorId="4C4A81E3" wp14:editId="6165CD36">
            <wp:extent cx="503999" cy="5239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999" cy="523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B8593" w14:textId="77777777" w:rsidR="00855292" w:rsidRPr="00AD7F3C" w:rsidRDefault="009C1F81" w:rsidP="00AD7F3C">
      <w:pPr>
        <w:spacing w:after="0"/>
        <w:jc w:val="center"/>
        <w:rPr>
          <w:sz w:val="24"/>
          <w:szCs w:val="28"/>
        </w:rPr>
      </w:pPr>
      <w:r w:rsidRPr="00AD7F3C">
        <w:rPr>
          <w:sz w:val="24"/>
          <w:szCs w:val="28"/>
        </w:rPr>
        <w:t>MINISTÉRIO DA DEFESA</w:t>
      </w:r>
      <w:r w:rsidRPr="00AD7F3C">
        <w:rPr>
          <w:sz w:val="24"/>
          <w:szCs w:val="28"/>
        </w:rPr>
        <w:br/>
        <w:t>COMANDO DA AERONÁUTICA</w:t>
      </w:r>
      <w:r w:rsidRPr="00AD7F3C">
        <w:rPr>
          <w:sz w:val="24"/>
          <w:szCs w:val="28"/>
        </w:rPr>
        <w:br/>
        <w:t>INSTITUTO TECNOLÓGICO DE AERONÁUTICA</w:t>
      </w:r>
    </w:p>
    <w:p w14:paraId="18478151" w14:textId="0834DF7F" w:rsidR="00691E71" w:rsidRPr="00855292" w:rsidRDefault="00855292" w:rsidP="00AD7F3C">
      <w:pPr>
        <w:spacing w:after="0"/>
        <w:jc w:val="center"/>
        <w:rPr>
          <w:sz w:val="14"/>
          <w:szCs w:val="16"/>
        </w:rPr>
      </w:pPr>
      <w:r w:rsidRPr="00AD7F3C">
        <w:rPr>
          <w:sz w:val="18"/>
          <w:szCs w:val="20"/>
        </w:rPr>
        <w:t>CURSO DE ESPECIALIZAÇÃO EM SEGURANÇA DE AVIAÇÃO E AERONAVEGABILIDADE CONTINUADA</w:t>
      </w:r>
      <w:r w:rsidR="009C1F81" w:rsidRPr="00855292">
        <w:rPr>
          <w:sz w:val="14"/>
          <w:szCs w:val="16"/>
        </w:rPr>
        <w:br/>
      </w:r>
    </w:p>
    <w:p w14:paraId="0A38AEA9" w14:textId="77777777" w:rsidR="00691E71" w:rsidRDefault="009C1F81" w:rsidP="00AD7F3C">
      <w:pPr>
        <w:pStyle w:val="Ttulo"/>
        <w:spacing w:before="240" w:after="140"/>
        <w:jc w:val="center"/>
      </w:pPr>
      <w:r>
        <w:rPr>
          <w:b/>
          <w:sz w:val="24"/>
        </w:rPr>
        <w:t>ATA DE EXAME DE TCC</w:t>
      </w:r>
    </w:p>
    <w:p w14:paraId="3B913FA5" w14:textId="3FB99AFB" w:rsidR="00691E71" w:rsidRDefault="009C1F81">
      <w:pPr>
        <w:jc w:val="center"/>
      </w:pPr>
      <w:r>
        <w:t>PE-Safety/</w:t>
      </w:r>
      <w:r>
        <w:rPr>
          <w:highlight w:val="yellow"/>
        </w:rPr>
        <w:t>[</w:t>
      </w:r>
      <w:commentRangeStart w:id="0"/>
      <w:r>
        <w:rPr>
          <w:highlight w:val="yellow"/>
        </w:rPr>
        <w:t>ANO]</w:t>
      </w:r>
      <w:commentRangeEnd w:id="0"/>
      <w:r w:rsidR="009A6654">
        <w:rPr>
          <w:rStyle w:val="Refdecomentrio"/>
          <w:sz w:val="22"/>
          <w:szCs w:val="22"/>
        </w:rPr>
        <w:commentReference w:id="0"/>
      </w:r>
    </w:p>
    <w:p w14:paraId="4E4363E6" w14:textId="77777777" w:rsidR="00691E71" w:rsidRDefault="009C1F81">
      <w:pPr>
        <w:jc w:val="both"/>
      </w:pPr>
      <w:r>
        <w:t xml:space="preserve">A Banca Examinadora reunida em </w:t>
      </w:r>
      <w:r>
        <w:rPr>
          <w:highlight w:val="yellow"/>
        </w:rPr>
        <w:t>[DATA POR EXTENSO]</w:t>
      </w:r>
      <w:r>
        <w:t xml:space="preserve">, às </w:t>
      </w:r>
      <w:r>
        <w:rPr>
          <w:highlight w:val="yellow"/>
        </w:rPr>
        <w:t>[HH:MM]</w:t>
      </w:r>
      <w:r>
        <w:t xml:space="preserve">, registra que </w:t>
      </w:r>
      <w:r>
        <w:rPr>
          <w:highlight w:val="yellow"/>
        </w:rPr>
        <w:t>[NOME COMPLETO]</w:t>
      </w:r>
      <w:r>
        <w:t>, discente do Curso de Especialização em Segurança de Aviação e Aeronavegabilidade Continuada deste Instituto, apresentou seu Trabalho de Conclusão de Curso (TCC), intitulado “</w:t>
      </w:r>
      <w:r>
        <w:rPr>
          <w:highlight w:val="yellow"/>
        </w:rPr>
        <w:t>[TÍTULO DO TCC]</w:t>
      </w:r>
      <w:r>
        <w:t>”.</w:t>
      </w:r>
    </w:p>
    <w:p w14:paraId="0A5C48EC" w14:textId="77777777" w:rsidR="00691E71" w:rsidRDefault="009C1F81">
      <w:pPr>
        <w:jc w:val="both"/>
      </w:pPr>
      <w:r>
        <w:t xml:space="preserve">A apresentação teve início às </w:t>
      </w:r>
      <w:r>
        <w:rPr>
          <w:highlight w:val="yellow"/>
        </w:rPr>
        <w:t>[HH:MM]</w:t>
      </w:r>
      <w:r>
        <w:t xml:space="preserve"> e término às </w:t>
      </w:r>
      <w:r>
        <w:rPr>
          <w:highlight w:val="yellow"/>
        </w:rPr>
        <w:t>[HH:MM]</w:t>
      </w:r>
      <w:r>
        <w:t xml:space="preserve">, </w:t>
      </w:r>
      <w:r>
        <w:rPr>
          <w:highlight w:val="yellow"/>
        </w:rPr>
        <w:t>[LOCAL OU PLATAFORMA E MODALIDADE]</w:t>
      </w:r>
      <w:r>
        <w:t xml:space="preserve">. A arguição pelos membros da banca teve início às </w:t>
      </w:r>
      <w:r>
        <w:rPr>
          <w:highlight w:val="yellow"/>
        </w:rPr>
        <w:t>[HH:MM]</w:t>
      </w:r>
      <w:r>
        <w:t xml:space="preserve"> e término às </w:t>
      </w:r>
      <w:r>
        <w:rPr>
          <w:highlight w:val="yellow"/>
        </w:rPr>
        <w:t>[HH:MM]</w:t>
      </w:r>
      <w:r>
        <w:t>.</w:t>
      </w:r>
    </w:p>
    <w:p w14:paraId="11663B76" w14:textId="77777777" w:rsidR="00691E71" w:rsidRDefault="009C1F81">
      <w:r>
        <w:t>Composição da banca e assinaturas</w:t>
      </w:r>
    </w:p>
    <w:tbl>
      <w:tblPr>
        <w:tblW w:w="10200" w:type="dxa"/>
        <w:tblLayout w:type="fixed"/>
        <w:tblLook w:val="04A0" w:firstRow="1" w:lastRow="0" w:firstColumn="1" w:lastColumn="0" w:noHBand="0" w:noVBand="1"/>
      </w:tblPr>
      <w:tblGrid>
        <w:gridCol w:w="3005"/>
        <w:gridCol w:w="3969"/>
        <w:gridCol w:w="3226"/>
      </w:tblGrid>
      <w:tr w:rsidR="00691E71" w14:paraId="0E66FADB" w14:textId="77777777" w:rsidTr="009A6654">
        <w:trPr>
          <w:cantSplit/>
        </w:trPr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</w:tcPr>
          <w:p w14:paraId="1A03DA69" w14:textId="77777777" w:rsidR="00691E71" w:rsidRDefault="009C1F81">
            <w:pPr>
              <w:spacing w:before="80" w:after="80"/>
            </w:pPr>
            <w:r>
              <w:rPr>
                <w:b/>
                <w:sz w:val="20"/>
              </w:rPr>
              <w:t>Função e vínculo com o curso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</w:tcPr>
          <w:p w14:paraId="20DEBEFF" w14:textId="77777777" w:rsidR="00691E71" w:rsidRDefault="009C1F81">
            <w:pPr>
              <w:spacing w:before="80" w:after="80"/>
            </w:pPr>
            <w:r>
              <w:rPr>
                <w:b/>
                <w:sz w:val="20"/>
              </w:rPr>
              <w:t>Nome completo e titulação</w:t>
            </w:r>
          </w:p>
        </w:tc>
        <w:tc>
          <w:tcPr>
            <w:tcW w:w="32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</w:tcPr>
          <w:p w14:paraId="1C51EFBE" w14:textId="77777777" w:rsidR="00691E71" w:rsidRDefault="009C1F81">
            <w:pPr>
              <w:spacing w:before="80" w:after="80"/>
            </w:pPr>
            <w:r>
              <w:rPr>
                <w:b/>
                <w:sz w:val="20"/>
              </w:rPr>
              <w:t>Assinatura</w:t>
            </w:r>
          </w:p>
        </w:tc>
      </w:tr>
      <w:tr w:rsidR="00691E71" w14:paraId="68433D51" w14:textId="77777777" w:rsidTr="009A6654">
        <w:trPr>
          <w:cantSplit/>
          <w:trHeight w:val="539"/>
        </w:trPr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FB26B31" w14:textId="77777777" w:rsidR="00691E71" w:rsidRDefault="009C1F81">
            <w:pPr>
              <w:spacing w:before="80" w:after="80"/>
            </w:pPr>
            <w:r>
              <w:rPr>
                <w:sz w:val="20"/>
                <w:highlight w:val="yellow"/>
              </w:rPr>
              <w:t>[Presidente / Orientador]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AC70328" w14:textId="77777777" w:rsidR="00691E71" w:rsidRDefault="009C1F81">
            <w:pPr>
              <w:spacing w:before="80" w:after="80"/>
            </w:pPr>
            <w:r>
              <w:rPr>
                <w:sz w:val="20"/>
                <w:highlight w:val="yellow"/>
              </w:rPr>
              <w:t>[NOME E TITULAÇÃO]</w:t>
            </w:r>
          </w:p>
        </w:tc>
        <w:tc>
          <w:tcPr>
            <w:tcW w:w="32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14A87E6" w14:textId="77777777" w:rsidR="00691E71" w:rsidRDefault="00691E71">
            <w:pPr>
              <w:spacing w:before="80" w:after="80"/>
            </w:pPr>
          </w:p>
          <w:p w14:paraId="5FD0CC87" w14:textId="77777777" w:rsidR="00E96057" w:rsidRDefault="00E96057">
            <w:pPr>
              <w:spacing w:before="80" w:after="80"/>
            </w:pPr>
          </w:p>
        </w:tc>
      </w:tr>
      <w:tr w:rsidR="00691E71" w14:paraId="5168AC54" w14:textId="77777777" w:rsidTr="009A6654">
        <w:trPr>
          <w:cantSplit/>
          <w:trHeight w:val="539"/>
        </w:trPr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6944A4D" w14:textId="77777777" w:rsidR="00691E71" w:rsidRDefault="009C1F81">
            <w:pPr>
              <w:spacing w:before="80" w:after="80"/>
            </w:pPr>
            <w:r>
              <w:rPr>
                <w:sz w:val="20"/>
              </w:rPr>
              <w:t>Professor do corpo docente do curso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1F3722C" w14:textId="77777777" w:rsidR="00691E71" w:rsidRDefault="009C1F81">
            <w:pPr>
              <w:spacing w:before="80" w:after="80"/>
            </w:pPr>
            <w:r>
              <w:rPr>
                <w:sz w:val="20"/>
                <w:highlight w:val="yellow"/>
              </w:rPr>
              <w:t>[NOME E TITULAÇÃO]</w:t>
            </w:r>
          </w:p>
        </w:tc>
        <w:tc>
          <w:tcPr>
            <w:tcW w:w="32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6DFB9A4" w14:textId="77777777" w:rsidR="00691E71" w:rsidRDefault="00691E71">
            <w:pPr>
              <w:spacing w:before="80" w:after="80"/>
            </w:pPr>
          </w:p>
          <w:p w14:paraId="636FC1BF" w14:textId="77777777" w:rsidR="00E96057" w:rsidRDefault="00E96057">
            <w:pPr>
              <w:spacing w:before="80" w:after="80"/>
            </w:pPr>
          </w:p>
        </w:tc>
      </w:tr>
      <w:tr w:rsidR="00691E71" w14:paraId="22C077E8" w14:textId="77777777" w:rsidTr="009A6654">
        <w:trPr>
          <w:cantSplit/>
          <w:trHeight w:val="539"/>
        </w:trPr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7A7FA98" w14:textId="77777777" w:rsidR="00691E71" w:rsidRDefault="009C1F81">
            <w:pPr>
              <w:spacing w:before="80" w:after="80"/>
            </w:pPr>
            <w:r>
              <w:rPr>
                <w:sz w:val="20"/>
              </w:rPr>
              <w:t>Convidado externo ao curso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455829" w14:textId="77777777" w:rsidR="00691E71" w:rsidRDefault="009C1F81">
            <w:pPr>
              <w:spacing w:before="80" w:after="80"/>
            </w:pPr>
            <w:r>
              <w:rPr>
                <w:sz w:val="20"/>
                <w:highlight w:val="yellow"/>
              </w:rPr>
              <w:t>[NOME, TITULAÇÃO E INSTITUIÇÃO]</w:t>
            </w:r>
          </w:p>
        </w:tc>
        <w:tc>
          <w:tcPr>
            <w:tcW w:w="32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DCD584B" w14:textId="77777777" w:rsidR="00691E71" w:rsidRDefault="00691E71">
            <w:pPr>
              <w:spacing w:before="80" w:after="80"/>
            </w:pPr>
          </w:p>
          <w:p w14:paraId="7953E68C" w14:textId="77777777" w:rsidR="00E96057" w:rsidRDefault="00E96057">
            <w:pPr>
              <w:spacing w:before="80" w:after="80"/>
            </w:pPr>
          </w:p>
        </w:tc>
      </w:tr>
      <w:tr w:rsidR="00691E71" w14:paraId="39619DAB" w14:textId="77777777" w:rsidTr="009A6654">
        <w:trPr>
          <w:cantSplit/>
          <w:trHeight w:val="539"/>
        </w:trPr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CC4BA40" w14:textId="77777777" w:rsidR="00691E71" w:rsidRPr="009A6654" w:rsidRDefault="009C1F81">
            <w:pPr>
              <w:spacing w:before="80" w:after="80"/>
              <w:rPr>
                <w:highlight w:val="green"/>
              </w:rPr>
            </w:pPr>
            <w:commentRangeStart w:id="1"/>
            <w:r w:rsidRPr="009A6654">
              <w:rPr>
                <w:sz w:val="20"/>
                <w:highlight w:val="green"/>
              </w:rPr>
              <w:t>[FUNÇÃO E VÍNCULO • opcional]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22A0138" w14:textId="77777777" w:rsidR="00691E71" w:rsidRPr="009A6654" w:rsidRDefault="009C1F81">
            <w:pPr>
              <w:spacing w:before="80" w:after="80"/>
              <w:rPr>
                <w:highlight w:val="green"/>
              </w:rPr>
            </w:pPr>
            <w:r w:rsidRPr="009A6654">
              <w:rPr>
                <w:sz w:val="20"/>
                <w:highlight w:val="green"/>
              </w:rPr>
              <w:t>[NOME, TITULAÇÃO E INSTITUIÇÃO]</w:t>
            </w:r>
            <w:commentRangeEnd w:id="1"/>
            <w:r w:rsidR="009A6654" w:rsidRPr="009A6654">
              <w:rPr>
                <w:rStyle w:val="Refdecomentrio"/>
                <w:sz w:val="22"/>
                <w:szCs w:val="22"/>
                <w:highlight w:val="green"/>
              </w:rPr>
              <w:commentReference w:id="1"/>
            </w:r>
          </w:p>
        </w:tc>
        <w:tc>
          <w:tcPr>
            <w:tcW w:w="32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F04E9CF" w14:textId="77777777" w:rsidR="00691E71" w:rsidRDefault="00691E71">
            <w:pPr>
              <w:spacing w:before="80" w:after="80"/>
            </w:pPr>
          </w:p>
          <w:p w14:paraId="107D7E44" w14:textId="77777777" w:rsidR="00E96057" w:rsidRDefault="00E96057">
            <w:pPr>
              <w:spacing w:before="80" w:after="80"/>
            </w:pPr>
          </w:p>
        </w:tc>
      </w:tr>
    </w:tbl>
    <w:p w14:paraId="30DE57DE" w14:textId="77777777" w:rsidR="00691E71" w:rsidRDefault="009C1F81">
      <w:pPr>
        <w:spacing w:before="140"/>
        <w:jc w:val="both"/>
      </w:pPr>
      <w:r>
        <w:t xml:space="preserve">Em reunião reservada realizada após o exame, a banca deliberou pelo seguinte resultado: </w:t>
      </w:r>
      <w:r>
        <w:rPr>
          <w:highlight w:val="yellow"/>
        </w:rPr>
        <w:t>[APROVAÇÃO / APROVAÇÃO CONDICIONAL / REPROVAÇÃO]</w:t>
      </w:r>
      <w:r>
        <w:t>.</w:t>
      </w:r>
    </w:p>
    <w:p w14:paraId="5CDDB73D" w14:textId="77777777" w:rsidR="00691E71" w:rsidRDefault="009C1F81">
      <w:r>
        <w:t xml:space="preserve">Título final recomendado pela banca: </w:t>
      </w:r>
      <w:r>
        <w:rPr>
          <w:highlight w:val="yellow"/>
        </w:rPr>
        <w:t>[REPETIR O TÍTULO ORIGINAL OU INFORMAR O NOVO TÍTULO]</w:t>
      </w:r>
      <w:r>
        <w:t>.</w:t>
      </w:r>
    </w:p>
    <w:p w14:paraId="40CB85F6" w14:textId="77777777" w:rsidR="00691E71" w:rsidRDefault="009C1F81">
      <w:r>
        <w:t xml:space="preserve">Data limite para entrega da versão final: </w:t>
      </w:r>
      <w:r>
        <w:rPr>
          <w:highlight w:val="yellow"/>
        </w:rPr>
        <w:t>[DD/MM/AAAA OU NÃO SE APLICA]</w:t>
      </w:r>
      <w:r>
        <w:t>.</w:t>
      </w:r>
    </w:p>
    <w:p w14:paraId="5ADF104C" w14:textId="77777777" w:rsidR="00691E71" w:rsidRDefault="009C1F81">
      <w:r>
        <w:rPr>
          <w:sz w:val="20"/>
        </w:rPr>
        <w:t>Na aprovação condicional, as alterações exigidas, o prazo e a eventual designação de responsável pela verificação constam do Anexo I-1.</w:t>
      </w:r>
    </w:p>
    <w:p w14:paraId="3A811CF6" w14:textId="77777777" w:rsidR="00691E71" w:rsidRDefault="009C1F81">
      <w:pPr>
        <w:jc w:val="both"/>
      </w:pPr>
      <w:r>
        <w:t xml:space="preserve">A presente ata foi lavrada por </w:t>
      </w:r>
      <w:r>
        <w:rPr>
          <w:highlight w:val="yellow"/>
        </w:rPr>
        <w:t>[NOME DE QUEM PRESIDIU A BANCA]</w:t>
      </w:r>
      <w:r>
        <w:t>, presidente da Banca Examinadora, e, após lida e aprovada, segue assinada por todos os membros.</w:t>
      </w:r>
    </w:p>
    <w:p w14:paraId="104AEE6B" w14:textId="77777777" w:rsidR="00E96057" w:rsidRDefault="00E96057">
      <w:pPr>
        <w:jc w:val="center"/>
      </w:pPr>
    </w:p>
    <w:p w14:paraId="0640CBAF" w14:textId="71101036" w:rsidR="00691E71" w:rsidRDefault="009C1F81">
      <w:pPr>
        <w:jc w:val="center"/>
      </w:pPr>
      <w:r>
        <w:t xml:space="preserve">Campo Montenegro, </w:t>
      </w:r>
      <w:r>
        <w:rPr>
          <w:highlight w:val="yellow"/>
        </w:rPr>
        <w:t>[DATA POR EXTENSO]</w:t>
      </w:r>
      <w:r>
        <w:t>.</w:t>
      </w:r>
    </w:p>
    <w:p w14:paraId="65AFE101" w14:textId="77777777" w:rsidR="00E96057" w:rsidRDefault="00E96057">
      <w:pPr>
        <w:jc w:val="center"/>
      </w:pPr>
    </w:p>
    <w:p w14:paraId="6E9767D1" w14:textId="77777777" w:rsidR="00E96057" w:rsidRDefault="00E96057">
      <w:pPr>
        <w:jc w:val="center"/>
      </w:pPr>
    </w:p>
    <w:p w14:paraId="7ED2A288" w14:textId="2757CE70" w:rsidR="00691E71" w:rsidRDefault="009C1F81">
      <w:pPr>
        <w:jc w:val="center"/>
      </w:pPr>
      <w:r>
        <w:t>Ciência do discente: __________________________________________</w:t>
      </w:r>
      <w:r>
        <w:br/>
      </w:r>
      <w:r>
        <w:rPr>
          <w:highlight w:val="yellow"/>
        </w:rPr>
        <w:t>[NOME COMPLETO DO DISCENTE]</w:t>
      </w:r>
    </w:p>
    <w:p w14:paraId="71B230D1" w14:textId="77777777" w:rsidR="00691E71" w:rsidRDefault="009C1F81">
      <w:r>
        <w:br w:type="page"/>
      </w:r>
    </w:p>
    <w:p w14:paraId="5C07B40A" w14:textId="77777777" w:rsidR="00691E71" w:rsidRDefault="009C1F81">
      <w:pPr>
        <w:spacing w:after="60"/>
        <w:jc w:val="center"/>
      </w:pPr>
      <w:r>
        <w:rPr>
          <w:noProof/>
        </w:rPr>
        <w:lastRenderedPageBreak/>
        <w:drawing>
          <wp:inline distT="0" distB="0" distL="0" distR="0" wp14:anchorId="197E721A" wp14:editId="22EC0EFD">
            <wp:extent cx="503999" cy="52395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999" cy="523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2AB32" w14:textId="77777777" w:rsidR="00E90644" w:rsidRPr="00E90644" w:rsidRDefault="00E90644" w:rsidP="00E90644">
      <w:pPr>
        <w:pStyle w:val="Ttulo"/>
        <w:spacing w:after="140"/>
        <w:jc w:val="center"/>
        <w:rPr>
          <w:rFonts w:ascii="Times New Roman" w:eastAsiaTheme="minorEastAsia" w:hAnsi="Times New Roman" w:cstheme="minorBidi"/>
          <w:color w:val="auto"/>
          <w:spacing w:val="0"/>
          <w:kern w:val="0"/>
          <w:sz w:val="20"/>
          <w:szCs w:val="22"/>
        </w:rPr>
      </w:pPr>
      <w:r w:rsidRPr="00E90644">
        <w:rPr>
          <w:rFonts w:ascii="Times New Roman" w:eastAsiaTheme="minorEastAsia" w:hAnsi="Times New Roman" w:cstheme="minorBidi"/>
          <w:color w:val="auto"/>
          <w:spacing w:val="0"/>
          <w:kern w:val="0"/>
          <w:sz w:val="20"/>
          <w:szCs w:val="22"/>
        </w:rPr>
        <w:t>MINISTÉRIO DA DEFESA</w:t>
      </w:r>
    </w:p>
    <w:p w14:paraId="542E9C9E" w14:textId="77777777" w:rsidR="00E90644" w:rsidRPr="00E90644" w:rsidRDefault="00E90644" w:rsidP="00E90644">
      <w:pPr>
        <w:pStyle w:val="Ttulo"/>
        <w:spacing w:after="140"/>
        <w:jc w:val="center"/>
        <w:rPr>
          <w:rFonts w:ascii="Times New Roman" w:eastAsiaTheme="minorEastAsia" w:hAnsi="Times New Roman" w:cstheme="minorBidi"/>
          <w:color w:val="auto"/>
          <w:spacing w:val="0"/>
          <w:kern w:val="0"/>
          <w:sz w:val="20"/>
          <w:szCs w:val="22"/>
        </w:rPr>
      </w:pPr>
      <w:r w:rsidRPr="00E90644">
        <w:rPr>
          <w:rFonts w:ascii="Times New Roman" w:eastAsiaTheme="minorEastAsia" w:hAnsi="Times New Roman" w:cstheme="minorBidi"/>
          <w:color w:val="auto"/>
          <w:spacing w:val="0"/>
          <w:kern w:val="0"/>
          <w:sz w:val="20"/>
          <w:szCs w:val="22"/>
        </w:rPr>
        <w:t>COMANDO DA AERONÁUTICA</w:t>
      </w:r>
    </w:p>
    <w:p w14:paraId="1B3B3231" w14:textId="77777777" w:rsidR="00E90644" w:rsidRPr="00E90644" w:rsidRDefault="00E90644" w:rsidP="00E90644">
      <w:pPr>
        <w:pStyle w:val="Ttulo"/>
        <w:spacing w:after="140"/>
        <w:jc w:val="center"/>
        <w:rPr>
          <w:rFonts w:ascii="Times New Roman" w:eastAsiaTheme="minorEastAsia" w:hAnsi="Times New Roman" w:cstheme="minorBidi"/>
          <w:color w:val="auto"/>
          <w:spacing w:val="0"/>
          <w:kern w:val="0"/>
          <w:sz w:val="20"/>
          <w:szCs w:val="22"/>
        </w:rPr>
      </w:pPr>
      <w:r w:rsidRPr="00E90644">
        <w:rPr>
          <w:rFonts w:ascii="Times New Roman" w:eastAsiaTheme="minorEastAsia" w:hAnsi="Times New Roman" w:cstheme="minorBidi"/>
          <w:color w:val="auto"/>
          <w:spacing w:val="0"/>
          <w:kern w:val="0"/>
          <w:sz w:val="20"/>
          <w:szCs w:val="22"/>
        </w:rPr>
        <w:t>INSTITUTO TECNOLÓGICO DE AERONÁUTICA</w:t>
      </w:r>
    </w:p>
    <w:p w14:paraId="522A7236" w14:textId="4FCD064C" w:rsidR="00691E71" w:rsidRDefault="00E90644" w:rsidP="00E90644">
      <w:pPr>
        <w:pStyle w:val="Ttulo"/>
        <w:spacing w:after="140"/>
        <w:jc w:val="center"/>
      </w:pPr>
      <w:r w:rsidRPr="00E90644">
        <w:rPr>
          <w:rFonts w:ascii="Times New Roman" w:eastAsiaTheme="minorEastAsia" w:hAnsi="Times New Roman" w:cstheme="minorBidi"/>
          <w:color w:val="auto"/>
          <w:spacing w:val="0"/>
          <w:kern w:val="0"/>
          <w:sz w:val="20"/>
          <w:szCs w:val="22"/>
        </w:rPr>
        <w:t>CURSO DE ESPECIALIZAÇÃO EM SEGURANÇA DE AVIAÇÃO E AERONAVEGABILIDADE CONTINUADA</w:t>
      </w:r>
      <w:r w:rsidRPr="00E90644">
        <w:rPr>
          <w:rFonts w:ascii="Times New Roman" w:eastAsiaTheme="minorEastAsia" w:hAnsi="Times New Roman" w:cstheme="minorBidi"/>
          <w:b/>
          <w:color w:val="auto"/>
          <w:spacing w:val="0"/>
          <w:kern w:val="0"/>
          <w:sz w:val="20"/>
          <w:szCs w:val="22"/>
        </w:rPr>
        <w:t xml:space="preserve"> </w:t>
      </w:r>
      <w:commentRangeStart w:id="2"/>
      <w:r w:rsidR="009C1F81">
        <w:rPr>
          <w:b/>
          <w:sz w:val="24"/>
        </w:rPr>
        <w:t>ANEXO I-1</w:t>
      </w:r>
      <w:commentRangeEnd w:id="2"/>
      <w:r w:rsidR="001432BD">
        <w:rPr>
          <w:rStyle w:val="Refdecomentrio"/>
          <w:sz w:val="52"/>
          <w:szCs w:val="52"/>
        </w:rPr>
        <w:commentReference w:id="2"/>
      </w:r>
    </w:p>
    <w:p w14:paraId="416C5204" w14:textId="5A966046" w:rsidR="00691E71" w:rsidRDefault="009C1F81">
      <w:pPr>
        <w:jc w:val="center"/>
      </w:pPr>
      <w:r>
        <w:t>Continuidade da ata de exame de TCC</w:t>
      </w:r>
      <w:r>
        <w:br/>
      </w:r>
      <w:r>
        <w:t>PE-Safety/</w:t>
      </w:r>
      <w:r>
        <w:rPr>
          <w:highlight w:val="yellow"/>
        </w:rPr>
        <w:t>[</w:t>
      </w:r>
      <w:r>
        <w:rPr>
          <w:highlight w:val="yellow"/>
        </w:rPr>
        <w:t>ANO</w:t>
      </w:r>
      <w:r>
        <w:rPr>
          <w:highlight w:val="yellow"/>
        </w:rPr>
        <w:t>]</w:t>
      </w:r>
    </w:p>
    <w:p w14:paraId="73933978" w14:textId="77777777" w:rsidR="00691E71" w:rsidRDefault="009C1F81">
      <w:r>
        <w:t xml:space="preserve">Discente: </w:t>
      </w:r>
      <w:r>
        <w:rPr>
          <w:highlight w:val="yellow"/>
        </w:rPr>
        <w:t>[NOME COMPLETO]</w:t>
      </w:r>
      <w:r>
        <w:br/>
        <w:t xml:space="preserve">Data do exame: </w:t>
      </w:r>
      <w:r>
        <w:rPr>
          <w:highlight w:val="yellow"/>
        </w:rPr>
        <w:t>[DD/MM/AAAA]</w:t>
      </w:r>
    </w:p>
    <w:p w14:paraId="72109E83" w14:textId="77777777" w:rsidR="00691E71" w:rsidRDefault="009C1F81">
      <w:r>
        <w:rPr>
          <w:b/>
        </w:rPr>
        <w:t>Alterações exigidas para aprovação condicional</w:t>
      </w:r>
    </w:p>
    <w:p w14:paraId="029DF36A" w14:textId="77777777" w:rsidR="00691E71" w:rsidRDefault="009C1F81">
      <w:r>
        <w:rPr>
          <w:highlight w:val="yellow"/>
        </w:rPr>
        <w:t>[DESCREVER AS ALTERAÇÕES EXIGIDAS PELA BANCA, COM CRITÉRIOS CLAROS PARA VERIFICAÇÃO. ACRESCENTAR PARÁGRAFOS OU PÁGINAS, SE NECESSÁRIO.]</w:t>
      </w:r>
    </w:p>
    <w:p w14:paraId="008FEBAC" w14:textId="77777777" w:rsidR="00691E71" w:rsidRDefault="009C1F81">
      <w:r>
        <w:rPr>
          <w:highlight w:val="yellow"/>
        </w:rPr>
        <w:t>[1. ALTERAÇÃO EXIGIDA]</w:t>
      </w:r>
    </w:p>
    <w:p w14:paraId="2C50E7E0" w14:textId="77777777" w:rsidR="00691E71" w:rsidRDefault="009C1F81">
      <w:r>
        <w:rPr>
          <w:highlight w:val="yellow"/>
        </w:rPr>
        <w:t>[2. ALTERAÇÃO EXIGIDA]</w:t>
      </w:r>
    </w:p>
    <w:p w14:paraId="36DC444D" w14:textId="77777777" w:rsidR="00691E71" w:rsidRDefault="009C1F81">
      <w:r>
        <w:rPr>
          <w:highlight w:val="yellow"/>
        </w:rPr>
        <w:t>[3. ALTERAÇÃO EXIGIDA]</w:t>
      </w:r>
    </w:p>
    <w:p w14:paraId="3B35130E" w14:textId="77777777" w:rsidR="00691E71" w:rsidRDefault="009C1F81">
      <w:pPr>
        <w:jc w:val="both"/>
      </w:pPr>
      <w:r>
        <w:t xml:space="preserve">A banca estabelece o prazo de </w:t>
      </w:r>
      <w:r>
        <w:rPr>
          <w:highlight w:val="yellow"/>
        </w:rPr>
        <w:t xml:space="preserve">[NÚMERO DE </w:t>
      </w:r>
      <w:commentRangeStart w:id="3"/>
      <w:r>
        <w:rPr>
          <w:highlight w:val="yellow"/>
        </w:rPr>
        <w:t>DIAS, ATÉ 90</w:t>
      </w:r>
      <w:commentRangeEnd w:id="3"/>
      <w:r w:rsidR="0040079C">
        <w:rPr>
          <w:rStyle w:val="Refdecomentrio"/>
          <w:sz w:val="22"/>
          <w:szCs w:val="22"/>
          <w:highlight w:val="yellow"/>
        </w:rPr>
        <w:commentReference w:id="3"/>
      </w:r>
      <w:r>
        <w:rPr>
          <w:highlight w:val="yellow"/>
        </w:rPr>
        <w:t>]</w:t>
      </w:r>
      <w:r>
        <w:t xml:space="preserve"> dias, a partir da data do exame, para entrega da versão final com as alterações acima, até </w:t>
      </w:r>
      <w:r>
        <w:rPr>
          <w:highlight w:val="yellow"/>
        </w:rPr>
        <w:t>[DD/MM/AAAA]</w:t>
      </w:r>
      <w:r>
        <w:t>, respeitado o prazo aplicável para conclusão do curso.</w:t>
      </w:r>
    </w:p>
    <w:p w14:paraId="7E28D068" w14:textId="77777777" w:rsidR="00691E71" w:rsidRDefault="009C1F81">
      <w:r>
        <w:t xml:space="preserve">Verificação do atendimento às exigências: </w:t>
      </w:r>
      <w:r>
        <w:rPr>
          <w:highlight w:val="yellow"/>
        </w:rPr>
        <w:t>[NOME E TITULAÇÃO DO RESPONSÁVEL DESIGNADO OU REGISTRAR QUE NÃO HOUVE DESIGNAÇÃO ESPECÍFICA]</w:t>
      </w:r>
      <w:r>
        <w:t>.</w:t>
      </w:r>
    </w:p>
    <w:p w14:paraId="7ED01B31" w14:textId="77777777" w:rsidR="00691E71" w:rsidRDefault="009C1F81">
      <w:pPr>
        <w:jc w:val="center"/>
      </w:pPr>
      <w:r>
        <w:t xml:space="preserve">Campo Montenegro, </w:t>
      </w:r>
      <w:r>
        <w:rPr>
          <w:highlight w:val="yellow"/>
        </w:rPr>
        <w:t>[DATA POR EXTENSO]</w:t>
      </w:r>
      <w:r>
        <w:t>.</w:t>
      </w:r>
    </w:p>
    <w:p w14:paraId="10B018EB" w14:textId="77777777" w:rsidR="00691E71" w:rsidRDefault="009C1F81">
      <w:pPr>
        <w:jc w:val="center"/>
      </w:pPr>
      <w:r>
        <w:br/>
        <w:t>________________________________________________</w:t>
      </w:r>
      <w:r>
        <w:br/>
      </w:r>
      <w:r>
        <w:rPr>
          <w:highlight w:val="yellow"/>
        </w:rPr>
        <w:t>[NOME E TITULAÇÃO DE QUEM PRESIDIU A BANCA]</w:t>
      </w:r>
      <w:r>
        <w:br/>
        <w:t>Presidente da Banca Examinadora</w:t>
      </w:r>
    </w:p>
    <w:p w14:paraId="0A84E709" w14:textId="77777777" w:rsidR="0040079C" w:rsidRDefault="0040079C">
      <w:pPr>
        <w:rPr>
          <w:b/>
          <w:sz w:val="20"/>
        </w:rPr>
      </w:pPr>
    </w:p>
    <w:p w14:paraId="7C254A63" w14:textId="3DA8A9BF" w:rsidR="00691E71" w:rsidRDefault="009C1F81">
      <w:r>
        <w:rPr>
          <w:b/>
          <w:sz w:val="20"/>
        </w:rPr>
        <w:t>Conferência conforme a ICA 37-695/2025, art. 31</w:t>
      </w:r>
    </w:p>
    <w:p w14:paraId="3DA3B459" w14:textId="159976EE" w:rsidR="00691E71" w:rsidRDefault="009C1F81">
      <w:r>
        <w:rPr>
          <w:sz w:val="20"/>
          <w:highlight w:val="yellow"/>
        </w:rPr>
        <w:t>[Banca: incluir o(s) orientador(es), um professor do corpo docente do curso e pelo menos um convidado com formação compatível, externo ao curso e preferencialmente externo ao ITA (inciso II). Identificar quem preside a banca</w:t>
      </w:r>
      <w:r w:rsidR="0040079C">
        <w:rPr>
          <w:sz w:val="20"/>
          <w:highlight w:val="yellow"/>
        </w:rPr>
        <w:t>, por padrão o orienatdor</w:t>
      </w:r>
      <w:r>
        <w:rPr>
          <w:sz w:val="20"/>
          <w:highlight w:val="yellow"/>
        </w:rPr>
        <w:t>. Aprovação e aprovação condicional exigem voto favorável de todos os membros (inciso III). Prazo da versão final: até 30 dias na aprovação; na aprovação condicional, prazo definido pela banca, limitado a 90 dias (incisos V e VI). Não fixar automaticamente 90 dias. Na reprovação, o inciso IV permite uma única reapresentação em até seis meses, compatível com a duração máxima do curso. A data limite deve ser conferida com o prazo de conclusão indicado no requerimento de nomeação da banca, conforme o modelo de</w:t>
      </w:r>
      <w:r>
        <w:rPr>
          <w:sz w:val="20"/>
          <w:highlight w:val="yellow"/>
        </w:rPr>
        <w:t xml:space="preserve"> ata fornecido.]</w:t>
      </w:r>
    </w:p>
    <w:sectPr w:rsidR="00691E71" w:rsidSect="00034616">
      <w:pgSz w:w="12240" w:h="15840"/>
      <w:pgMar w:top="794" w:right="1020" w:bottom="794" w:left="10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Evandro José da Silva" w:date="2026-09-29T07:55:00Z" w:initials="EvandroJS">
    <w:p w14:paraId="7B93EC42" w14:textId="77777777" w:rsidR="009A6654" w:rsidRDefault="009A6654" w:rsidP="009A6654">
      <w:pPr>
        <w:pStyle w:val="Textodecomentrio"/>
      </w:pPr>
      <w:r>
        <w:rPr>
          <w:rStyle w:val="Refdecomentrio"/>
        </w:rPr>
        <w:annotationRef/>
      </w:r>
      <w:r>
        <w:t xml:space="preserve">Editar os campos em amarelo. </w:t>
      </w:r>
    </w:p>
  </w:comment>
  <w:comment w:id="1" w:author="Evandro José da Silva" w:date="2026-09-29T07:55:00Z" w:initials="EvandroJS">
    <w:p w14:paraId="1C4A4499" w14:textId="77777777" w:rsidR="009A6654" w:rsidRDefault="009A6654" w:rsidP="009A6654">
      <w:pPr>
        <w:pStyle w:val="Textodecomentrio"/>
      </w:pPr>
      <w:r>
        <w:rPr>
          <w:rStyle w:val="Refdecomentrio"/>
        </w:rPr>
        <w:annotationRef/>
      </w:r>
      <w:r>
        <w:t>Editar ou deletar se a banca não tiver um membro extra</w:t>
      </w:r>
    </w:p>
  </w:comment>
  <w:comment w:id="2" w:author="Evandro José da Silva" w:date="2026-09-29T07:57:00Z" w:initials="EvandroJS">
    <w:p w14:paraId="2B6549C6" w14:textId="77777777" w:rsidR="001432BD" w:rsidRDefault="001432BD" w:rsidP="001432BD">
      <w:pPr>
        <w:pStyle w:val="Textodecomentrio"/>
      </w:pPr>
      <w:r>
        <w:rPr>
          <w:rStyle w:val="Refdecomentrio"/>
        </w:rPr>
        <w:annotationRef/>
      </w:r>
      <w:r>
        <w:t>Manter esta página somente no caso de aprovação condicional.</w:t>
      </w:r>
    </w:p>
  </w:comment>
  <w:comment w:id="3" w:author="Evandro José da Silva" w:date="2026-09-29T07:57:00Z" w:initials="EvandroJS">
    <w:p w14:paraId="1A8E06A7" w14:textId="77777777" w:rsidR="0040079C" w:rsidRDefault="0040079C" w:rsidP="0040079C">
      <w:pPr>
        <w:pStyle w:val="Textodecomentrio"/>
      </w:pPr>
      <w:r>
        <w:rPr>
          <w:rStyle w:val="Refdecomentrio"/>
        </w:rPr>
        <w:annotationRef/>
      </w:r>
      <w:r>
        <w:t>90 dias é o máximo prazo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B93EC42" w15:done="0"/>
  <w15:commentEx w15:paraId="1C4A4499" w15:done="0"/>
  <w15:commentEx w15:paraId="2B6549C6" w15:done="0"/>
  <w15:commentEx w15:paraId="1A8E06A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E87FE6C" w16cex:dateUtc="2026-09-29T10:55:00Z"/>
  <w16cex:commentExtensible w16cex:durableId="7D718B92" w16cex:dateUtc="2026-09-29T10:55:00Z"/>
  <w16cex:commentExtensible w16cex:durableId="4AD64309" w16cex:dateUtc="2026-09-29T10:57:00Z"/>
  <w16cex:commentExtensible w16cex:durableId="1BEC2A6D" w16cex:dateUtc="2026-09-29T10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B93EC42" w16cid:durableId="5E87FE6C"/>
  <w16cid:commentId w16cid:paraId="1C4A4499" w16cid:durableId="7D718B92"/>
  <w16cid:commentId w16cid:paraId="2B6549C6" w16cid:durableId="4AD64309"/>
  <w16cid:commentId w16cid:paraId="1A8E06A7" w16cid:durableId="1BEC2A6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8277324">
    <w:abstractNumId w:val="8"/>
  </w:num>
  <w:num w:numId="2" w16cid:durableId="101195220">
    <w:abstractNumId w:val="6"/>
  </w:num>
  <w:num w:numId="3" w16cid:durableId="70078163">
    <w:abstractNumId w:val="5"/>
  </w:num>
  <w:num w:numId="4" w16cid:durableId="335621316">
    <w:abstractNumId w:val="4"/>
  </w:num>
  <w:num w:numId="5" w16cid:durableId="550922756">
    <w:abstractNumId w:val="7"/>
  </w:num>
  <w:num w:numId="6" w16cid:durableId="342360992">
    <w:abstractNumId w:val="3"/>
  </w:num>
  <w:num w:numId="7" w16cid:durableId="1092623805">
    <w:abstractNumId w:val="2"/>
  </w:num>
  <w:num w:numId="8" w16cid:durableId="1355038738">
    <w:abstractNumId w:val="1"/>
  </w:num>
  <w:num w:numId="9" w16cid:durableId="149660468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vandro José da Silva">
    <w15:presenceInfo w15:providerId="None" w15:userId="Evandro José da Silv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32BD"/>
    <w:rsid w:val="0015074B"/>
    <w:rsid w:val="0029639D"/>
    <w:rsid w:val="00326F90"/>
    <w:rsid w:val="0040079C"/>
    <w:rsid w:val="004F5021"/>
    <w:rsid w:val="005950A7"/>
    <w:rsid w:val="00691E71"/>
    <w:rsid w:val="00855292"/>
    <w:rsid w:val="009A6654"/>
    <w:rsid w:val="009C1F81"/>
    <w:rsid w:val="00AA07F4"/>
    <w:rsid w:val="00AA1D8D"/>
    <w:rsid w:val="00AD7F3C"/>
    <w:rsid w:val="00B47730"/>
    <w:rsid w:val="00CB0664"/>
    <w:rsid w:val="00E90644"/>
    <w:rsid w:val="00E960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E7EA29"/>
  <w14:defaultImageDpi w14:val="300"/>
  <w15:docId w15:val="{48F5E781-B913-4F43-AB95-B0D65EAF3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40" w:lineRule="auto"/>
    </w:pPr>
    <w:rPr>
      <w:rFonts w:ascii="Times New Roman" w:hAnsi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9A665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A665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A6654"/>
    <w:rPr>
      <w:rFonts w:ascii="Times New Roman" w:hAnsi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A665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A6654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2</Pages>
  <Words>562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ata de exame de TCC do PE-Safety</dc:title>
  <dc:subject>Especialização • ICA 37-695/2025</dc:subject>
  <dc:creator>Evandro José da Silva</dc:creator>
  <cp:keywords/>
  <dc:description>generated by python-docx</dc:description>
  <cp:lastModifiedBy>Evandro José da Silva</cp:lastModifiedBy>
  <cp:revision>12</cp:revision>
  <dcterms:created xsi:type="dcterms:W3CDTF">2026-09-29T01:32:00Z</dcterms:created>
  <dcterms:modified xsi:type="dcterms:W3CDTF">2026-09-29T11:08:00Z</dcterms:modified>
  <cp:category/>
</cp:coreProperties>
</file>